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jc w:val="center"/>
        <w:tblBorders>
          <w:top w:val="nil" w:sz="6" w:space="0" w:color="FFFFFF"/>
          <w:left w:val="nil" w:sz="6" w:space="0" w:color="FFFFFF"/>
          <w:bottom w:val="nil" w:sz="6" w:space="0" w:color="FFFFFF"/>
          <w:right w:val="nil" w:sz="6" w:space="0" w:color="FFFFFF"/>
          <w:insideH w:val="nil" w:sz="6" w:space="0" w:color="FFFFFF"/>
          <w:insideV w:val="nil" w:sz="6" w:space="0" w:color="FFFFFF"/>
        </w:tblBorders>
        <w:tblLayout w:type="fixed"/>
        <w:tblW w:w="10512" w:type="dxa"/>
      </w:tblPr>
      <w:tblGrid>
        <w:gridCol w:w="4752"/>
        <w:gridCol w:w="5760"/>
      </w:tblGrid>
      <w:tr>
        <w:tc>
          <w:tcPr>
            <w:tcW w:type="dxa" w:w="4752"/>
          </w:tcPr>
          <w:p/>
          <w:tbl>
            <w:tblPr>
              <w:tblLayout w:type="fixed"/>
              <w:tblLook w:firstColumn="1" w:firstRow="1" w:lastColumn="0" w:lastRow="0" w:noHBand="0" w:noVBand="1" w:val="04A0"/>
              <w:tblBorders>
                <w:top w:val="dashed" w:sz="6" w:space="0" w:color="C9D2DE"/>
                <w:left w:val="dashed" w:sz="6" w:space="0" w:color="C9D2DE"/>
                <w:bottom w:val="dashed" w:sz="6" w:space="0" w:color="C9D2DE"/>
                <w:right w:val="dashed" w:sz="6" w:space="0" w:color="C9D2DE"/>
                <w:insideH w:val="dashed" w:sz="6" w:space="0" w:color="C9D2DE"/>
                <w:insideV w:val="dashed" w:sz="6" w:space="0" w:color="C9D2DE"/>
              </w:tblBorders>
              <w:tblLayout w:type="fixed"/>
              <w:tblW w:w="3311" w:type="dxa"/>
            </w:tblPr>
            <w:tblGrid>
              <w:gridCol w:w="3311"/>
            </w:tblGrid>
            <w:tr>
              <w:trPr>
                <w:trHeight w:val="936" w:hRule="exact"/>
              </w:trPr>
              <w:tc>
                <w:tcPr>
                  <w:tcW w:type="dxa" w:w="3312"/>
                </w:tcPr>
                <w:p>
                  <w:pPr>
                    <w:spacing w:before="280"/>
                    <w:jc w:val="center"/>
                  </w:pPr>
                  <w:r>
                    <w:rPr>
                      <w:b w:val="0"/>
                      <w:color w:val="526176"/>
                      <w:sz w:val="18"/>
                    </w:rPr>
                    <w:t>Tu logo aquí</w:t>
                  </w:r>
                </w:p>
              </w:tc>
            </w:tr>
          </w:tbl>
          <w:p/>
        </w:tc>
        <w:tc>
          <w:tcPr>
            <w:tcW w:type="dxa" w:w="5760"/>
          </w:tcPr>
          <w:p>
            <w:pPr>
              <w:spacing w:before="200"/>
              <w:jc w:val="right"/>
            </w:pPr>
            <w:r>
              <w:rPr>
                <w:b/>
                <w:color w:val="2463EB"/>
                <w:sz w:val="20"/>
              </w:rPr>
              <w:t>FICHA TÉCNICA</w:t>
            </w:r>
          </w:p>
          <w:p>
            <w:pPr>
              <w:jc w:val="right"/>
            </w:pPr>
            <w:r>
              <w:rPr>
                <w:b w:val="0"/>
                <w:color w:val="526176"/>
                <w:sz w:val="17"/>
              </w:rPr>
              <w:t>Fecha de la ficha: ____ / ____ / ______</w:t>
            </w:r>
          </w:p>
        </w:tc>
      </w:tr>
    </w:tbl>
    <w:p>
      <w:pPr>
        <w:spacing w:before="200" w:after="40"/>
      </w:pPr>
      <w:r>
        <w:rPr>
          <w:b/>
          <w:color w:val="111B2E"/>
          <w:sz w:val="30"/>
        </w:rPr>
        <w:t xml:space="preserve">Título: </w:t>
      </w:r>
      <w:r>
        <w:rPr>
          <w:b w:val="0"/>
          <w:color w:val="526176"/>
          <w:sz w:val="24"/>
        </w:rPr>
        <w:t>________________________________________</w:t>
      </w:r>
    </w:p>
    <w:p>
      <w:pPr>
        <w:spacing w:before="0" w:after="80"/>
      </w:pPr>
      <w:r>
        <w:rPr>
          <w:b w:val="0"/>
          <w:color w:val="526176"/>
          <w:sz w:val="16"/>
        </w:rPr>
        <w:t>Tipo, operación y zona. Por ejemplo: "Casa en venta en Zibatá, El Marqués".</w:t>
      </w:r>
    </w:p>
    <w:p>
      <w:pPr>
        <w:spacing w:before="0" w:after="40"/>
      </w:pPr>
      <w:r>
        <w:rPr>
          <w:b/>
          <w:color w:val="111B2E"/>
          <w:sz w:val="20"/>
        </w:rPr>
        <w:t xml:space="preserve">Operación:  </w:t>
      </w:r>
      <w:r>
        <w:rPr>
          <w:b w:val="0"/>
          <w:color w:val="111B2E"/>
          <w:sz w:val="20"/>
        </w:rPr>
        <w:t>☐ Venta</w:t>
      </w:r>
      <w:r>
        <w:rPr>
          <w:b w:val="0"/>
          <w:color w:val="111B2E"/>
          <w:sz w:val="20"/>
        </w:rPr>
        <w:t xml:space="preserve">   ☐ Renta</w:t>
      </w:r>
      <w:r>
        <w:rPr>
          <w:b/>
          <w:color w:val="111B2E"/>
          <w:sz w:val="20"/>
        </w:rPr>
        <w:t xml:space="preserve">      Tipo:  </w:t>
      </w:r>
      <w:r>
        <w:rPr>
          <w:b w:val="0"/>
          <w:color w:val="111B2E"/>
          <w:sz w:val="20"/>
        </w:rPr>
        <w:t>☐ Casa</w:t>
      </w:r>
      <w:r>
        <w:rPr>
          <w:b w:val="0"/>
          <w:color w:val="111B2E"/>
          <w:sz w:val="20"/>
        </w:rPr>
        <w:t xml:space="preserve">   ☐ Departamento</w:t>
      </w:r>
      <w:r>
        <w:rPr>
          <w:b w:val="0"/>
          <w:color w:val="111B2E"/>
          <w:sz w:val="20"/>
        </w:rPr>
        <w:t xml:space="preserve">   ☐ Terreno</w:t>
      </w:r>
      <w:r>
        <w:rPr>
          <w:b w:val="0"/>
          <w:color w:val="111B2E"/>
          <w:sz w:val="20"/>
        </w:rPr>
        <w:t xml:space="preserve">   ☐ Local</w:t>
      </w:r>
      <w:r>
        <w:rPr>
          <w:b w:val="0"/>
          <w:color w:val="111B2E"/>
          <w:sz w:val="20"/>
        </w:rPr>
        <w:t xml:space="preserve">   ☐ Oficina</w:t>
      </w:r>
    </w:p>
    <w:p>
      <w:pPr>
        <w:spacing w:before="0" w:after="120"/>
      </w:pPr>
      <w:r>
        <w:rPr>
          <w:b w:val="0"/>
          <w:color w:val="111B2E"/>
          <w:sz w:val="20"/>
        </w:rPr>
        <w:t>☐ Otro ______________</w:t>
      </w:r>
    </w:p>
    <w:tbl>
      <w:tblPr>
        <w:tblLayout w:type="fixed"/>
        <w:tblLook w:firstColumn="1" w:firstRow="1" w:lastColumn="0" w:lastRow="0" w:noHBand="0" w:noVBand="1" w:val="04A0"/>
        <w:tblBorders>
          <w:top w:val="dashed" w:sz="6" w:space="0" w:color="C9D2DE"/>
          <w:left w:val="dashed" w:sz="6" w:space="0" w:color="C9D2DE"/>
          <w:bottom w:val="dashed" w:sz="6" w:space="0" w:color="C9D2DE"/>
          <w:right w:val="dashed" w:sz="6" w:space="0" w:color="C9D2DE"/>
          <w:insideH w:val="dashed" w:sz="6" w:space="0" w:color="C9D2DE"/>
          <w:insideV w:val="dashed" w:sz="6" w:space="0" w:color="C9D2DE"/>
        </w:tblBorders>
        <w:tblLayout w:type="fixed"/>
        <w:tblW w:w="10512" w:type="dxa"/>
      </w:tblPr>
      <w:tblGrid>
        <w:gridCol w:w="10512"/>
      </w:tblGrid>
      <w:tr>
        <w:trPr>
          <w:trHeight w:val="2880" w:hRule="exact"/>
        </w:trPr>
        <w:tc>
          <w:tcPr>
            <w:tcW w:type="dxa" w:w="10512"/>
            <w:shd w:val="clear" w:color="auto" w:fill="F3F6FB"/>
          </w:tcPr>
          <w:p>
            <w:pPr>
              <w:spacing w:before="1080"/>
              <w:jc w:val="center"/>
            </w:pPr>
            <w:r>
              <w:rPr>
                <w:b/>
                <w:color w:val="111B2E"/>
                <w:sz w:val="22"/>
              </w:rPr>
              <w:t>Foto principal</w:t>
            </w:r>
          </w:p>
          <w:p>
            <w:pPr>
              <w:jc w:val="center"/>
            </w:pPr>
            <w:r>
              <w:rPr>
                <w:b w:val="0"/>
                <w:color w:val="526176"/>
                <w:sz w:val="18"/>
              </w:rPr>
              <w:t>Una sola, la mejor: horizontal y con luz de día.</w:t>
            </w:r>
          </w:p>
        </w:tc>
      </w:tr>
    </w:tbl>
    <w:p>
      <w:pPr>
        <w:spacing w:before="200" w:after="40"/>
      </w:pPr>
      <w:r>
        <w:rPr>
          <w:b/>
          <w:color w:val="111B2E"/>
          <w:sz w:val="20"/>
        </w:rPr>
        <w:t xml:space="preserve">Precio:  </w:t>
      </w:r>
      <w:r>
        <w:rPr>
          <w:b/>
          <w:color w:val="2463EB"/>
          <w:sz w:val="28"/>
        </w:rPr>
        <w:t>$ ______________________</w:t>
      </w:r>
      <w:r>
        <w:rPr>
          <w:b w:val="0"/>
          <w:color w:val="111B2E"/>
          <w:sz w:val="20"/>
        </w:rPr>
        <w:t xml:space="preserve">  MXN    ☐ al mes</w:t>
      </w:r>
    </w:p>
    <w:p>
      <w:pPr>
        <w:spacing w:before="0" w:after="120"/>
      </w:pPr>
      <w:r>
        <w:rPr>
          <w:b/>
          <w:color w:val="111B2E"/>
          <w:sz w:val="20"/>
        </w:rPr>
        <w:t xml:space="preserve">Acepta:  </w:t>
      </w:r>
      <w:r>
        <w:rPr>
          <w:b w:val="0"/>
          <w:color w:val="111B2E"/>
          <w:sz w:val="20"/>
        </w:rPr>
        <w:t>☐ Infonavit</w:t>
      </w:r>
      <w:r>
        <w:rPr>
          <w:b w:val="0"/>
          <w:color w:val="111B2E"/>
          <w:sz w:val="20"/>
        </w:rPr>
        <w:t xml:space="preserve">   ☐ Fovissste</w:t>
      </w:r>
      <w:r>
        <w:rPr>
          <w:b w:val="0"/>
          <w:color w:val="111B2E"/>
          <w:sz w:val="20"/>
        </w:rPr>
        <w:t xml:space="preserve">   ☐ Crédito bancario</w:t>
      </w:r>
      <w:r>
        <w:rPr>
          <w:b w:val="0"/>
          <w:color w:val="111B2E"/>
          <w:sz w:val="20"/>
        </w:rPr>
        <w:t xml:space="preserve">   ☐ Contado</w:t>
      </w:r>
      <w:r>
        <w:rPr>
          <w:b w:val="0"/>
          <w:color w:val="111B2E"/>
          <w:sz w:val="20"/>
        </w:rPr>
        <w:t xml:space="preserve">   ☐ Precio a tratar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9D2DE"/>
          <w:left w:val="single" w:sz="6" w:space="0" w:color="C9D2DE"/>
          <w:bottom w:val="single" w:sz="6" w:space="0" w:color="C9D2DE"/>
          <w:right w:val="single" w:sz="6" w:space="0" w:color="C9D2DE"/>
          <w:insideH w:val="single" w:sz="6" w:space="0" w:color="C9D2DE"/>
          <w:insideV w:val="single" w:sz="6" w:space="0" w:color="C9D2DE"/>
        </w:tblBorders>
        <w:tblLayout w:type="fixed"/>
        <w:tblW w:w="10512" w:type="dxa"/>
      </w:tblPr>
      <w:tblGrid>
        <w:gridCol w:w="2102"/>
        <w:gridCol w:w="2102"/>
        <w:gridCol w:w="2102"/>
        <w:gridCol w:w="2102"/>
        <w:gridCol w:w="2102"/>
      </w:tblGrid>
      <w:tr>
        <w:trPr>
          <w:trHeight w:val="792" w:hRule="exact"/>
        </w:trPr>
        <w:tc>
          <w:tcPr>
            <w:tcW w:type="dxa" w:w="2102"/>
          </w:tcPr>
          <w:p>
            <w:pPr>
              <w:spacing w:before="480"/>
            </w:pPr>
            <w:r>
              <w:rPr>
                <w:b w:val="0"/>
                <w:color w:val="526176"/>
                <w:sz w:val="16"/>
              </w:rPr>
              <w:t>Recámaras</w:t>
            </w:r>
          </w:p>
        </w:tc>
        <w:tc>
          <w:tcPr>
            <w:tcW w:type="dxa" w:w="2102"/>
          </w:tcPr>
          <w:p>
            <w:pPr>
              <w:spacing w:before="480"/>
            </w:pPr>
            <w:r>
              <w:rPr>
                <w:b w:val="0"/>
                <w:color w:val="526176"/>
                <w:sz w:val="16"/>
              </w:rPr>
              <w:t>Baños</w:t>
            </w:r>
          </w:p>
        </w:tc>
        <w:tc>
          <w:tcPr>
            <w:tcW w:type="dxa" w:w="2102"/>
          </w:tcPr>
          <w:p>
            <w:pPr>
              <w:spacing w:before="480"/>
            </w:pPr>
            <w:r>
              <w:rPr>
                <w:b w:val="0"/>
                <w:color w:val="526176"/>
                <w:sz w:val="16"/>
              </w:rPr>
              <w:t>Estacionamientos</w:t>
            </w:r>
          </w:p>
        </w:tc>
        <w:tc>
          <w:tcPr>
            <w:tcW w:type="dxa" w:w="2102"/>
          </w:tcPr>
          <w:p>
            <w:pPr>
              <w:spacing w:before="480"/>
            </w:pPr>
            <w:r>
              <w:rPr>
                <w:b w:val="0"/>
                <w:color w:val="526176"/>
                <w:sz w:val="16"/>
              </w:rPr>
              <w:t>Construcción (m²)</w:t>
            </w:r>
          </w:p>
        </w:tc>
        <w:tc>
          <w:tcPr>
            <w:tcW w:type="dxa" w:w="2102"/>
          </w:tcPr>
          <w:p>
            <w:pPr>
              <w:spacing w:before="480"/>
            </w:pPr>
            <w:r>
              <w:rPr>
                <w:b w:val="0"/>
                <w:color w:val="526176"/>
                <w:sz w:val="16"/>
              </w:rPr>
              <w:t>Terreno (m²)</w:t>
            </w:r>
          </w:p>
        </w:tc>
      </w:tr>
    </w:tbl>
    <w:p>
      <w:pPr>
        <w:spacing w:before="200" w:after="60"/>
      </w:pPr>
      <w:r>
        <w:rPr>
          <w:b/>
          <w:color w:val="111B2E"/>
          <w:sz w:val="22"/>
        </w:rPr>
        <w:t>Ubicación</w:t>
      </w:r>
    </w:p>
    <w:p>
      <w:pPr>
        <w:spacing w:before="0" w:after="40"/>
      </w:pPr>
      <w:r>
        <w:rPr>
          <w:b w:val="0"/>
          <w:color w:val="111B2E"/>
          <w:sz w:val="20"/>
        </w:rPr>
        <w:t>Colonia: ______________________________   Municipio: __________________________</w:t>
      </w:r>
    </w:p>
    <w:p>
      <w:pPr>
        <w:spacing w:before="0" w:after="40"/>
      </w:pPr>
      <w:r>
        <w:rPr>
          <w:b w:val="0"/>
          <w:color w:val="111B2E"/>
          <w:sz w:val="20"/>
        </w:rPr>
        <w:t>Estado: _______________________________   Referencia: _________________________</w:t>
      </w:r>
    </w:p>
    <w:p>
      <w:pPr>
        <w:spacing w:before="0" w:after="80"/>
      </w:pPr>
      <w:r>
        <w:rPr>
          <w:b w:val="0"/>
          <w:color w:val="526176"/>
          <w:sz w:val="16"/>
        </w:rPr>
        <w:t>La calle y el número solo si el dueño está de acuerdo; si no, una referencia ("a dos cuadras de...").</w:t>
      </w:r>
    </w:p>
    <w:p>
      <w:pPr>
        <w:spacing w:before="200" w:after="60"/>
      </w:pPr>
      <w:r>
        <w:rPr>
          <w:b/>
          <w:color w:val="111B2E"/>
          <w:sz w:val="22"/>
        </w:rPr>
        <w:t>Descripción</w:t>
      </w:r>
    </w:p>
    <w:p>
      <w:pPr>
        <w:spacing w:before="0" w:after="40"/>
      </w:pPr>
      <w:r>
        <w:rPr>
          <w:b w:val="0"/>
          <w:color w:val="526176"/>
          <w:sz w:val="20"/>
        </w:rPr>
        <w:t>______________________________________________________________________________________</w:t>
      </w:r>
    </w:p>
    <w:p>
      <w:pPr>
        <w:spacing w:before="0" w:after="40"/>
      </w:pPr>
      <w:r>
        <w:rPr>
          <w:b w:val="0"/>
          <w:color w:val="526176"/>
          <w:sz w:val="20"/>
        </w:rPr>
        <w:t>______________________________________________________________________________________</w:t>
      </w:r>
    </w:p>
    <w:p>
      <w:pPr>
        <w:spacing w:before="0" w:after="40"/>
      </w:pPr>
      <w:r>
        <w:rPr>
          <w:b w:val="0"/>
          <w:color w:val="526176"/>
          <w:sz w:val="20"/>
        </w:rPr>
        <w:t>______________________________________________________________________________________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9D2DE"/>
          <w:left w:val="single" w:sz="6" w:space="0" w:color="C9D2DE"/>
          <w:bottom w:val="single" w:sz="6" w:space="0" w:color="C9D2DE"/>
          <w:right w:val="single" w:sz="6" w:space="0" w:color="C9D2DE"/>
          <w:insideH w:val="single" w:sz="6" w:space="0" w:color="C9D2DE"/>
          <w:insideV w:val="single" w:sz="6" w:space="0" w:color="C9D2DE"/>
        </w:tblBorders>
        <w:tblLayout w:type="fixed"/>
        <w:tblW w:w="10512" w:type="dxa"/>
      </w:tblPr>
      <w:tblGrid>
        <w:gridCol w:w="8496"/>
        <w:gridCol w:w="2015"/>
      </w:tblGrid>
      <w:tr>
        <w:tc>
          <w:tcPr>
            <w:tcW w:type="dxa" w:w="8496"/>
            <w:shd w:val="clear" w:color="auto" w:fill="F3F6FB"/>
          </w:tcPr>
          <w:p>
            <w:r>
              <w:rPr>
                <w:b/>
                <w:color w:val="2463EB"/>
                <w:sz w:val="16"/>
              </w:rPr>
              <w:t>TU CONTACTO PARA ESTA PROPIEDAD</w:t>
            </w:r>
          </w:p>
          <w:p>
            <w:pPr>
              <w:spacing w:before="0" w:after="60"/>
            </w:pPr>
            <w:r>
              <w:rPr>
                <w:b w:val="0"/>
                <w:color w:val="111B2E"/>
                <w:sz w:val="19"/>
              </w:rPr>
              <w:t>Nombre: ________________________  Inmobiliaria: __________________</w:t>
            </w:r>
          </w:p>
          <w:p>
            <w:pPr>
              <w:spacing w:before="0" w:after="60"/>
            </w:pPr>
            <w:r>
              <w:rPr>
                <w:b w:val="0"/>
                <w:color w:val="111B2E"/>
                <w:sz w:val="19"/>
              </w:rPr>
              <w:t>WhatsApp: ______________________  Correo: ______________________</w:t>
            </w:r>
          </w:p>
          <w:p>
            <w:pPr>
              <w:spacing w:before="0" w:after="60"/>
            </w:pPr>
            <w:r>
              <w:rPr>
                <w:b w:val="0"/>
                <w:color w:val="111B2E"/>
                <w:sz w:val="19"/>
              </w:rPr>
              <w:t>Domicilio: ____________________________________________________</w:t>
            </w:r>
          </w:p>
          <w:p>
            <w:pPr>
              <w:spacing w:before="0" w:after="60"/>
            </w:pPr>
            <w:r>
              <w:rPr>
                <w:b w:val="0"/>
                <w:color w:val="111B2E"/>
                <w:sz w:val="19"/>
              </w:rPr>
              <w:t>Licencia o registro estatal: ____________________________________</w:t>
            </w:r>
          </w:p>
          <w:p>
            <w:pPr>
              <w:spacing w:before="0" w:after="60"/>
            </w:pPr>
            <w:r>
              <w:rPr>
                <w:b w:val="0"/>
                <w:color w:val="111B2E"/>
                <w:sz w:val="19"/>
              </w:rPr>
              <w:t>Liga de la propiedad: __________________________________________</w:t>
            </w:r>
          </w:p>
          <w:p>
            <w:pPr>
              <w:spacing w:before="40" w:after="40"/>
            </w:pPr>
            <w:r>
              <w:rPr>
                <w:b w:val="0"/>
                <w:color w:val="526176"/>
                <w:sz w:val="15"/>
              </w:rPr>
              <w:t>El domicilio puede ser el de tu oficina. La licencia es obligatoria en Querétaro y en los estados que piden licencia o registro de asesor.</w:t>
            </w:r>
          </w:p>
        </w:tc>
        <w:tc>
          <w:tcPr>
            <w:tcW w:type="dxa" w:w="2016"/>
            <w:shd w:val="clear" w:color="auto" w:fill="F3F6FB"/>
          </w:tcPr>
          <w:p>
            <w:pPr>
              <w:spacing w:before="720"/>
              <w:jc w:val="center"/>
            </w:pPr>
            <w:r>
              <w:rPr>
                <w:b w:val="0"/>
                <w:color w:val="526176"/>
                <w:sz w:val="16"/>
              </w:rPr>
              <w:t>Espacio para un código QR</w:t>
            </w:r>
          </w:p>
        </w:tc>
      </w:tr>
    </w:tbl>
    <w:p>
      <w:pPr>
        <w:sectPr>
          <w:footerReference w:type="default" r:id="rId9"/>
          <w:pgSz w:w="12240" w:h="15840"/>
          <w:pgMar w:top="720" w:right="864" w:bottom="864" w:left="864" w:header="720" w:footer="720" w:gutter="0"/>
          <w:cols w:space="720"/>
          <w:docGrid w:linePitch="360"/>
        </w:sectPr>
      </w:pP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nil" w:sz="6" w:space="0" w:color="FFFFFF"/>
          <w:left w:val="nil" w:sz="6" w:space="0" w:color="FFFFFF"/>
          <w:bottom w:val="nil" w:sz="6" w:space="0" w:color="FFFFFF"/>
          <w:right w:val="nil" w:sz="6" w:space="0" w:color="FFFFFF"/>
          <w:insideH w:val="nil" w:sz="6" w:space="0" w:color="FFFFFF"/>
          <w:insideV w:val="nil" w:sz="6" w:space="0" w:color="FFFFFF"/>
        </w:tblBorders>
        <w:tblLayout w:type="fixed"/>
        <w:tblW w:w="10512" w:type="dxa"/>
      </w:tblPr>
      <w:tblGrid>
        <w:gridCol w:w="4752"/>
        <w:gridCol w:w="5760"/>
      </w:tblGrid>
      <w:tr>
        <w:tc>
          <w:tcPr>
            <w:tcW w:type="dxa" w:w="4752"/>
          </w:tcPr>
          <w:p/>
          <w:tbl>
            <w:tblPr>
              <w:tblLayout w:type="fixed"/>
              <w:tblLook w:firstColumn="1" w:firstRow="1" w:lastColumn="0" w:lastRow="0" w:noHBand="0" w:noVBand="1" w:val="04A0"/>
              <w:tblBorders>
                <w:top w:val="dashed" w:sz="6" w:space="0" w:color="C9D2DE"/>
                <w:left w:val="dashed" w:sz="6" w:space="0" w:color="C9D2DE"/>
                <w:bottom w:val="dashed" w:sz="6" w:space="0" w:color="C9D2DE"/>
                <w:right w:val="dashed" w:sz="6" w:space="0" w:color="C9D2DE"/>
                <w:insideH w:val="dashed" w:sz="6" w:space="0" w:color="C9D2DE"/>
                <w:insideV w:val="dashed" w:sz="6" w:space="0" w:color="C9D2DE"/>
              </w:tblBorders>
              <w:tblLayout w:type="fixed"/>
              <w:tblW w:w="3311" w:type="dxa"/>
            </w:tblPr>
            <w:tblGrid>
              <w:gridCol w:w="3311"/>
            </w:tblGrid>
            <w:tr>
              <w:trPr>
                <w:trHeight w:val="936" w:hRule="exact"/>
              </w:trPr>
              <w:tc>
                <w:tcPr>
                  <w:tcW w:type="dxa" w:w="3312"/>
                </w:tcPr>
                <w:p>
                  <w:pPr>
                    <w:spacing w:before="280"/>
                    <w:jc w:val="center"/>
                  </w:pPr>
                  <w:r>
                    <w:rPr>
                      <w:b w:val="0"/>
                      <w:color w:val="526176"/>
                      <w:sz w:val="18"/>
                    </w:rPr>
                    <w:t>Tu logo aquí</w:t>
                  </w:r>
                </w:p>
              </w:tc>
            </w:tr>
          </w:tbl>
          <w:p/>
        </w:tc>
        <w:tc>
          <w:tcPr>
            <w:tcW w:type="dxa" w:w="5760"/>
          </w:tcPr>
          <w:p>
            <w:pPr>
              <w:spacing w:before="200"/>
              <w:jc w:val="right"/>
            </w:pPr>
            <w:r>
              <w:rPr>
                <w:b/>
                <w:color w:val="2463EB"/>
                <w:sz w:val="20"/>
              </w:rPr>
              <w:t>FICHA TÉCNICA, HOJA 2</w:t>
            </w:r>
          </w:p>
          <w:p>
            <w:pPr>
              <w:jc w:val="right"/>
            </w:pPr>
            <w:r>
              <w:rPr>
                <w:b w:val="0"/>
                <w:color w:val="526176"/>
                <w:sz w:val="17"/>
              </w:rPr>
              <w:t>Folio o clave: ______________</w:t>
            </w:r>
          </w:p>
        </w:tc>
      </w:tr>
    </w:tbl>
    <w:p>
      <w:pPr>
        <w:spacing w:before="200" w:after="60"/>
      </w:pPr>
      <w:r>
        <w:rPr>
          <w:b/>
          <w:color w:val="111B2E"/>
          <w:sz w:val="22"/>
        </w:rPr>
        <w:t>Más datos</w:t>
      </w:r>
    </w:p>
    <w:p>
      <w:pPr>
        <w:spacing w:before="0" w:after="40"/>
      </w:pPr>
      <w:r>
        <w:rPr>
          <w:b w:val="0"/>
          <w:color w:val="111B2E"/>
          <w:sz w:val="20"/>
        </w:rPr>
        <w:t>Niveles: ________     Antigüedad: ______ años     Mantenimiento: $ ________ al mes</w:t>
      </w:r>
    </w:p>
    <w:p>
      <w:pPr>
        <w:spacing w:before="0" w:after="40"/>
      </w:pPr>
      <w:r>
        <w:rPr>
          <w:b w:val="0"/>
          <w:color w:val="111B2E"/>
          <w:sz w:val="20"/>
        </w:rPr>
        <w:t>☐ Amueblado</w:t>
      </w:r>
      <w:r>
        <w:rPr>
          <w:b w:val="0"/>
          <w:color w:val="111B2E"/>
          <w:sz w:val="20"/>
        </w:rPr>
        <w:t xml:space="preserve">   ☐ Se aceptan mascotas</w:t>
      </w:r>
      <w:r>
        <w:rPr>
          <w:b w:val="0"/>
          <w:color w:val="111B2E"/>
          <w:sz w:val="20"/>
        </w:rPr>
        <w:t xml:space="preserve">   ☐ En condominio o privada</w:t>
      </w:r>
    </w:p>
    <w:p>
      <w:pPr>
        <w:spacing w:before="200" w:after="60"/>
      </w:pPr>
      <w:r>
        <w:rPr>
          <w:b/>
          <w:color w:val="111B2E"/>
          <w:sz w:val="22"/>
        </w:rPr>
        <w:t>Amenidades</w:t>
      </w:r>
    </w:p>
    <w:tbl>
      <w:tblPr>
        <w:tblLayout w:type="fixed"/>
        <w:tblLook w:firstColumn="1" w:firstRow="1" w:lastColumn="0" w:lastRow="0" w:noHBand="0" w:noVBand="1" w:val="04A0"/>
        <w:tblBorders>
          <w:top w:val="nil" w:sz="6" w:space="0" w:color="FFFFFF"/>
          <w:left w:val="nil" w:sz="6" w:space="0" w:color="FFFFFF"/>
          <w:bottom w:val="nil" w:sz="6" w:space="0" w:color="FFFFFF"/>
          <w:right w:val="nil" w:sz="6" w:space="0" w:color="FFFFFF"/>
          <w:insideH w:val="nil" w:sz="6" w:space="0" w:color="FFFFFF"/>
          <w:insideV w:val="nil" w:sz="6" w:space="0" w:color="FFFFFF"/>
        </w:tblBorders>
        <w:tblLayout w:type="fixed"/>
        <w:tblW w:w="10511" w:type="dxa"/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Cocina integral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Jardín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Alberca</w:t>
            </w:r>
          </w:p>
        </w:tc>
      </w:tr>
      <w:tr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Vigilancia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Casa club o áreas comunes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Cuarto de servicio</w:t>
            </w:r>
          </w:p>
        </w:tc>
      </w:tr>
      <w:tr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Terraza o roof garden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Elevador</w:t>
            </w:r>
          </w:p>
        </w:tc>
        <w:tc>
          <w:tcPr>
            <w:tcW w:type="dxa" w:w="3504"/>
          </w:tcPr>
          <w:p>
            <w:r>
              <w:rPr>
                <w:b w:val="0"/>
                <w:color w:val="111B2E"/>
                <w:sz w:val="20"/>
              </w:rPr>
              <w:t>☐ Otra: ____________</w:t>
            </w:r>
          </w:p>
        </w:tc>
      </w:tr>
    </w:tbl>
    <w:p>
      <w:pPr>
        <w:spacing w:before="200" w:after="60"/>
      </w:pPr>
      <w:r>
        <w:rPr>
          <w:b/>
          <w:color w:val="111B2E"/>
          <w:sz w:val="22"/>
        </w:rPr>
        <w:t>Condiciones</w:t>
      </w:r>
    </w:p>
    <w:p>
      <w:pPr>
        <w:spacing w:before="0" w:after="40"/>
      </w:pPr>
      <w:r>
        <w:rPr>
          <w:b/>
          <w:color w:val="111B2E"/>
          <w:sz w:val="20"/>
        </w:rPr>
        <w:t xml:space="preserve">Si es venta, </w:t>
      </w:r>
      <w:r>
        <w:rPr>
          <w:b w:val="0"/>
          <w:color w:val="111B2E"/>
          <w:sz w:val="20"/>
        </w:rPr>
        <w:t>documentos que puedes enseñar: ________________________________________</w:t>
      </w:r>
    </w:p>
    <w:p>
      <w:pPr>
        <w:spacing w:before="0" w:after="40"/>
      </w:pPr>
      <w:r>
        <w:rPr>
          <w:b/>
          <w:color w:val="111B2E"/>
          <w:sz w:val="20"/>
        </w:rPr>
        <w:t xml:space="preserve">Si es renta: </w:t>
      </w:r>
      <w:r>
        <w:rPr>
          <w:b w:val="0"/>
          <w:color w:val="111B2E"/>
          <w:sz w:val="20"/>
        </w:rPr>
        <w:t>depósito __________  y plazo ________ meses</w:t>
      </w:r>
    </w:p>
    <w:p>
      <w:pPr>
        <w:spacing w:before="0" w:after="40"/>
      </w:pPr>
      <w:r>
        <w:rPr>
          <w:b w:val="0"/>
          <w:color w:val="111B2E"/>
          <w:sz w:val="20"/>
        </w:rPr>
        <w:t>Entrega: ______________________________     Garantía para rentar: ☐ Aval  ☐ Póliza  ☐ Otra</w:t>
      </w:r>
    </w:p>
    <w:p>
      <w:pPr>
        <w:spacing w:before="0" w:after="80"/>
      </w:pPr>
      <w:r>
        <w:rPr>
          <w:b w:val="0"/>
          <w:color w:val="526176"/>
          <w:sz w:val="16"/>
        </w:rPr>
        <w:t>Pon solo lo que puedas comprobar con papeles: escritura inscrita, certificado de libertad de gravámenes, predial y agua al corriente. Sin esos papeles, no escribas "libre de gravamen" ni "escrituras en orden".</w:t>
      </w:r>
    </w:p>
    <w:p>
      <w:pPr>
        <w:spacing w:before="200" w:after="60"/>
      </w:pPr>
      <w:r>
        <w:rPr>
          <w:b/>
          <w:color w:val="111B2E"/>
          <w:sz w:val="22"/>
        </w:rPr>
        <w:t>Galería</w:t>
      </w:r>
    </w:p>
    <w:p>
      <w:pPr>
        <w:spacing w:before="0" w:after="80"/>
      </w:pPr>
      <w:r>
        <w:rPr>
          <w:b w:val="0"/>
          <w:color w:val="526176"/>
          <w:sz w:val="16"/>
        </w:rPr>
        <w:t>Entre seis y doce fotos, en orden de recorrido: fachada, sala, cocina, recámaras, baños y exteriores.</w:t>
      </w:r>
    </w:p>
    <w:tbl>
      <w:tblPr>
        <w:tblLayout w:type="fixed"/>
        <w:tblLook w:firstColumn="1" w:firstRow="1" w:lastColumn="0" w:lastRow="0" w:noHBand="0" w:noVBand="1" w:val="04A0"/>
        <w:tblBorders>
          <w:top w:val="dashed" w:sz="6" w:space="0" w:color="C9D2DE"/>
          <w:left w:val="dashed" w:sz="6" w:space="0" w:color="C9D2DE"/>
          <w:bottom w:val="dashed" w:sz="6" w:space="0" w:color="C9D2DE"/>
          <w:right w:val="dashed" w:sz="6" w:space="0" w:color="C9D2DE"/>
          <w:insideH w:val="dashed" w:sz="6" w:space="0" w:color="C9D2DE"/>
          <w:insideV w:val="dashed" w:sz="6" w:space="0" w:color="C9D2DE"/>
        </w:tblBorders>
        <w:tblLayout w:type="fixed"/>
        <w:tblW w:w="10512" w:type="dxa"/>
      </w:tblPr>
      <w:tblGrid>
        <w:gridCol w:w="5256"/>
        <w:gridCol w:w="5256"/>
      </w:tblGrid>
      <w:tr>
        <w:trPr>
          <w:trHeight w:val="2160" w:hRule="exact"/>
        </w:trPr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Fachada</w:t>
            </w:r>
          </w:p>
        </w:tc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Sala y comedor</w:t>
            </w:r>
          </w:p>
        </w:tc>
      </w:tr>
      <w:tr>
        <w:trPr>
          <w:trHeight w:val="2160" w:hRule="exact"/>
        </w:trPr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Cocina</w:t>
            </w:r>
          </w:p>
        </w:tc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Recámara principal</w:t>
            </w:r>
          </w:p>
        </w:tc>
      </w:tr>
      <w:tr>
        <w:trPr>
          <w:trHeight w:val="2160" w:hRule="exact"/>
        </w:trPr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Baño</w:t>
            </w:r>
          </w:p>
        </w:tc>
        <w:tc>
          <w:tcPr>
            <w:tcW w:type="dxa" w:w="5256"/>
            <w:shd w:val="clear" w:color="auto" w:fill="F3F6FB"/>
          </w:tcPr>
          <w:p>
            <w:r>
              <w:rPr>
                <w:b w:val="0"/>
                <w:color w:val="526176"/>
                <w:sz w:val="17"/>
              </w:rPr>
              <w:t>Jardín o exterior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color w:val="526176"/>
        <w:sz w:val="15"/>
      </w:rPr>
      <w:t xml:space="preserve">Hecho con </w:t>
    </w:r>
    <w:r>
      <w:drawing>
        <wp:inline xmlns:a="http://schemas.openxmlformats.org/drawingml/2006/main" xmlns:pic="http://schemas.openxmlformats.org/drawingml/2006/picture">
          <wp:extent cx="676910" cy="1188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" cy="118872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26176"/>
        <w:sz w:val="15"/>
      </w:rPr>
      <w:t xml:space="preserve">    ¿Quieres que la ficha salga sola, con tu logo, desde el celular? </w:t>
    </w:r>
    <w:hyperlink r:id="rId2">
      <w:r>
        <w:rPr>
          <w:color w:val="2463EB"/>
          <w:b/>
          <w:sz w:val="15"/>
        </w:rPr>
        <w:t>fichalista.com/herramientas/ficha-tecnica-gratis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color w:val="526176"/>
        <w:sz w:val="15"/>
      </w:rPr>
      <w:t xml:space="preserve">Hecho con </w:t>
    </w:r>
    <w:r>
      <w:drawing>
        <wp:inline xmlns:a="http://schemas.openxmlformats.org/drawingml/2006/main" xmlns:pic="http://schemas.openxmlformats.org/drawingml/2006/picture">
          <wp:extent cx="676910" cy="1188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" cy="118872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26176"/>
        <w:sz w:val="15"/>
      </w:rPr>
      <w:t xml:space="preserve">    Con Fichalista la ficha sale con tus datos, tus fotos y tu QR: </w:t>
    </w:r>
    <w:hyperlink r:id="rId2">
      <w:r>
        <w:rPr>
          <w:color w:val="2463EB"/>
          <w:b/>
          <w:sz w:val="15"/>
        </w:rPr>
        <w:t>fichalista.com/herramientas/ficha-tecnica-gratis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ichalista.com/herramientas/ficha-tecnica-grati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ichalista.com/herramientas/ficha-tecnica-grat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ficha técnica inmobiliaria</dc:title>
  <dc:subject/>
  <dc:creator>Fichalista</dc:creator>
  <cp:keywords/>
  <dc:description>Hecho con Fichalista: https://fichalista.com/herramientas/ficha-tecnica-gratis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